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Profile count — Swarm API (Job title keywords: architect, engineer, geological, health and safety, hr, surveyor, spatial, Certified Senior Advisor)</w:t>
      </w:r>
    </w:p>
    <w:p>
      <w:r>
        <w:t>Generated (UTC): 2026-08-28T21:17:46Z</w:t>
      </w:r>
    </w:p>
    <w:p>
      <w:r>
        <w:t>Counts profiles via the Swarm API by countries, schools, companies, and job title keywords from database keyword segments.</w:t>
      </w:r>
    </w:p>
    <w:p>
      <w:pPr>
        <w:pStyle w:val="Heading1"/>
      </w:pPr>
      <w:r>
        <w:t>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Segments</w:t>
            </w:r>
          </w:p>
        </w:tc>
        <w:tc>
          <w:tcPr>
            <w:tcW w:type="dxa" w:w="4320"/>
          </w:tcPr>
          <w:p>
            <w:r>
              <w:t>39</w:t>
            </w:r>
          </w:p>
        </w:tc>
      </w:tr>
      <w:tr>
        <w:tc>
          <w:tcPr>
            <w:tcW w:type="dxa" w:w="4320"/>
          </w:tcPr>
          <w:p>
            <w:r>
              <w:t>Counted segments</w:t>
            </w:r>
          </w:p>
        </w:tc>
        <w:tc>
          <w:tcPr>
            <w:tcW w:type="dxa" w:w="4320"/>
          </w:tcPr>
          <w:p>
            <w:r>
              <w:t>38 / 39</w:t>
            </w:r>
          </w:p>
        </w:tc>
      </w:tr>
      <w:tr>
        <w:tc>
          <w:tcPr>
            <w:tcW w:type="dxa" w:w="4320"/>
          </w:tcPr>
          <w:p>
            <w:r>
              <w:t>Total profile count</w:t>
            </w:r>
          </w:p>
        </w:tc>
        <w:tc>
          <w:tcPr>
            <w:tcW w:type="dxa" w:w="4320"/>
          </w:tcPr>
          <w:p>
            <w:r>
              <w:t>3,394,434</w:t>
            </w:r>
          </w:p>
        </w:tc>
      </w:tr>
    </w:tbl>
    <w:p/>
    <w:p>
      <w:pPr>
        <w:pStyle w:val="Heading1"/>
      </w:pPr>
      <w:r>
        <w:t>Results by segment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#</w:t>
            </w:r>
          </w:p>
        </w:tc>
        <w:tc>
          <w:tcPr>
            <w:tcW w:type="dxa" w:w="1234"/>
          </w:tcPr>
          <w:p>
            <w:r>
              <w:t>Segment</w:t>
            </w:r>
          </w:p>
        </w:tc>
        <w:tc>
          <w:tcPr>
            <w:tcW w:type="dxa" w:w="1234"/>
          </w:tcPr>
          <w:p>
            <w:r>
              <w:t>Countries</w:t>
            </w:r>
          </w:p>
        </w:tc>
        <w:tc>
          <w:tcPr>
            <w:tcW w:type="dxa" w:w="1234"/>
          </w:tcPr>
          <w:p>
            <w:r>
              <w:t>Schools</w:t>
            </w:r>
          </w:p>
        </w:tc>
        <w:tc>
          <w:tcPr>
            <w:tcW w:type="dxa" w:w="1234"/>
          </w:tcPr>
          <w:p>
            <w:r>
              <w:t>Companies</w:t>
            </w:r>
          </w:p>
        </w:tc>
        <w:tc>
          <w:tcPr>
            <w:tcW w:type="dxa" w:w="1234"/>
          </w:tcPr>
          <w:p>
            <w:r>
              <w:t>Job title keywords</w:t>
            </w:r>
          </w:p>
        </w:tc>
        <w:tc>
          <w:tcPr>
            <w:tcW w:type="dxa" w:w="1234"/>
          </w:tcPr>
          <w:p>
            <w:r>
              <w:t>Profile count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architect_au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architect</w:t>
            </w:r>
          </w:p>
        </w:tc>
        <w:tc>
          <w:tcPr>
            <w:tcW w:type="dxa" w:w="1234"/>
          </w:tcPr>
          <w:p>
            <w:r>
              <w:t>100,095</w:t>
            </w:r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engineers_au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engineer</w:t>
            </w:r>
          </w:p>
        </w:tc>
        <w:tc>
          <w:tcPr>
            <w:tcW w:type="dxa" w:w="1234"/>
          </w:tcPr>
          <w:p>
            <w:r>
              <w:t>658,367</w:t>
            </w:r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engineers_ca</w:t>
            </w:r>
          </w:p>
        </w:tc>
        <w:tc>
          <w:tcPr>
            <w:tcW w:type="dxa" w:w="1234"/>
          </w:tcPr>
          <w:p>
            <w:r>
              <w:t>Canada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engineer</w:t>
            </w:r>
          </w:p>
        </w:tc>
        <w:tc>
          <w:tcPr>
            <w:tcW w:type="dxa" w:w="1234"/>
          </w:tcPr>
          <w:p>
            <w:r>
              <w:t>853,558</w:t>
            </w:r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geology_au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geological</w:t>
            </w:r>
          </w:p>
        </w:tc>
        <w:tc>
          <w:tcPr>
            <w:tcW w:type="dxa" w:w="1234"/>
          </w:tcPr>
          <w:p>
            <w:r>
              <w:t>1,303</w:t>
            </w:r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health_safety_au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health and safety</w:t>
            </w:r>
          </w:p>
        </w:tc>
        <w:tc>
          <w:tcPr>
            <w:tcW w:type="dxa" w:w="1234"/>
          </w:tcPr>
          <w:p>
            <w:r>
              <w:t>16,184</w:t>
            </w:r>
          </w:p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>
              <w:t>hr_australia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hr</w:t>
            </w:r>
          </w:p>
        </w:tc>
        <w:tc>
          <w:tcPr>
            <w:tcW w:type="dxa" w:w="1234"/>
          </w:tcPr>
          <w:p>
            <w:r>
              <w:t>74,239</w:t>
            </w:r>
          </w:p>
        </w:tc>
      </w:tr>
      <w:tr>
        <w:tc>
          <w:tcPr>
            <w:tcW w:type="dxa" w:w="1234"/>
          </w:tcPr>
          <w:p>
            <w:r>
              <w:t>7</w:t>
            </w:r>
          </w:p>
        </w:tc>
        <w:tc>
          <w:tcPr>
            <w:tcW w:type="dxa" w:w="1234"/>
          </w:tcPr>
          <w:p>
            <w:r>
              <w:t>rmit_in</w:t>
            </w:r>
          </w:p>
        </w:tc>
        <w:tc>
          <w:tcPr>
            <w:tcW w:type="dxa" w:w="1234"/>
          </w:tcPr>
          <w:p>
            <w:r>
              <w:t>India</w:t>
            </w:r>
          </w:p>
        </w:tc>
        <w:tc>
          <w:tcPr>
            <w:tcW w:type="dxa" w:w="1234"/>
          </w:tcPr>
          <w:p>
            <w:r>
              <w:t>RMIT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2,789</w:t>
            </w:r>
          </w:p>
        </w:tc>
      </w:tr>
      <w:tr>
        <w:tc>
          <w:tcPr>
            <w:tcW w:type="dxa" w:w="1234"/>
          </w:tcPr>
          <w:p>
            <w:r>
              <w:t>8</w:t>
            </w:r>
          </w:p>
        </w:tc>
        <w:tc>
          <w:tcPr>
            <w:tcW w:type="dxa" w:w="1234"/>
          </w:tcPr>
          <w:p>
            <w:r>
              <w:t>rmit_ph</w:t>
            </w:r>
          </w:p>
        </w:tc>
        <w:tc>
          <w:tcPr>
            <w:tcW w:type="dxa" w:w="1234"/>
          </w:tcPr>
          <w:p>
            <w:r>
              <w:t>Philippines</w:t>
            </w:r>
          </w:p>
        </w:tc>
        <w:tc>
          <w:tcPr>
            <w:tcW w:type="dxa" w:w="1234"/>
          </w:tcPr>
          <w:p>
            <w:r>
              <w:t>RMIT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229</w:t>
            </w:r>
          </w:p>
        </w:tc>
      </w:tr>
      <w:tr>
        <w:tc>
          <w:tcPr>
            <w:tcW w:type="dxa" w:w="1234"/>
          </w:tcPr>
          <w:p>
            <w:r>
              <w:t>9</w:t>
            </w:r>
          </w:p>
        </w:tc>
        <w:tc>
          <w:tcPr>
            <w:tcW w:type="dxa" w:w="1234"/>
          </w:tcPr>
          <w:p>
            <w:r>
              <w:t>surveyor_asia</w:t>
            </w:r>
          </w:p>
        </w:tc>
        <w:tc>
          <w:tcPr>
            <w:tcW w:type="dxa" w:w="1234"/>
          </w:tcPr>
          <w:p>
            <w:r>
              <w:t>Vietnam | Singapore | Thailand | Malaysia | Indonesia | Philippines | India | China | Japan | South Korea | Hong Kong | Taiwan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215,625</w:t>
            </w:r>
          </w:p>
        </w:tc>
      </w:tr>
      <w:tr>
        <w:tc>
          <w:tcPr>
            <w:tcW w:type="dxa" w:w="1234"/>
          </w:tcPr>
          <w:p>
            <w:r>
              <w:t>10</w:t>
            </w:r>
          </w:p>
        </w:tc>
        <w:tc>
          <w:tcPr>
            <w:tcW w:type="dxa" w:w="1234"/>
          </w:tcPr>
          <w:p>
            <w:r>
              <w:t>surveyor_au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32,850</w:t>
            </w:r>
          </w:p>
        </w:tc>
      </w:tr>
      <w:tr>
        <w:tc>
          <w:tcPr>
            <w:tcW w:type="dxa" w:w="1234"/>
          </w:tcPr>
          <w:p>
            <w:r>
              <w:t>11</w:t>
            </w:r>
          </w:p>
        </w:tc>
        <w:tc>
          <w:tcPr>
            <w:tcW w:type="dxa" w:w="1234"/>
          </w:tcPr>
          <w:p>
            <w:r>
              <w:t>surveyor_ca</w:t>
            </w:r>
          </w:p>
        </w:tc>
        <w:tc>
          <w:tcPr>
            <w:tcW w:type="dxa" w:w="1234"/>
          </w:tcPr>
          <w:p>
            <w:r>
              <w:t>Canada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22,814</w:t>
            </w:r>
          </w:p>
        </w:tc>
      </w:tr>
      <w:tr>
        <w:tc>
          <w:tcPr>
            <w:tcW w:type="dxa" w:w="1234"/>
          </w:tcPr>
          <w:p>
            <w:r>
              <w:t>12</w:t>
            </w:r>
          </w:p>
        </w:tc>
        <w:tc>
          <w:tcPr>
            <w:tcW w:type="dxa" w:w="1234"/>
          </w:tcPr>
          <w:p>
            <w:r>
              <w:t>surveyor_uk</w:t>
            </w:r>
          </w:p>
        </w:tc>
        <w:tc>
          <w:tcPr>
            <w:tcW w:type="dxa" w:w="1234"/>
          </w:tcPr>
          <w:p>
            <w:r>
              <w:t>United Kingdom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188,960</w:t>
            </w:r>
          </w:p>
        </w:tc>
      </w:tr>
      <w:tr>
        <w:tc>
          <w:tcPr>
            <w:tcW w:type="dxa" w:w="1234"/>
          </w:tcPr>
          <w:p>
            <w:r>
              <w:t>13</w:t>
            </w:r>
          </w:p>
        </w:tc>
        <w:tc>
          <w:tcPr>
            <w:tcW w:type="dxa" w:w="1234"/>
          </w:tcPr>
          <w:p>
            <w:r>
              <w:t>surveyor_us</w:t>
            </w:r>
          </w:p>
        </w:tc>
        <w:tc>
          <w:tcPr>
            <w:tcW w:type="dxa" w:w="1234"/>
          </w:tcPr>
          <w:p>
            <w:r>
              <w:t>United States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86,513</w:t>
            </w:r>
          </w:p>
        </w:tc>
      </w:tr>
      <w:tr>
        <w:tc>
          <w:tcPr>
            <w:tcW w:type="dxa" w:w="1234"/>
          </w:tcPr>
          <w:p>
            <w:r>
              <w:t>14</w:t>
            </w:r>
          </w:p>
        </w:tc>
        <w:tc>
          <w:tcPr>
            <w:tcW w:type="dxa" w:w="1234"/>
          </w:tcPr>
          <w:p>
            <w:r>
              <w:t>university_york_global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York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109,118</w:t>
            </w:r>
          </w:p>
        </w:tc>
      </w:tr>
      <w:tr>
        <w:tc>
          <w:tcPr>
            <w:tcW w:type="dxa" w:w="1234"/>
          </w:tcPr>
          <w:p>
            <w:r>
              <w:t>15</w:t>
            </w:r>
          </w:p>
        </w:tc>
        <w:tc>
          <w:tcPr>
            <w:tcW w:type="dxa" w:w="1234"/>
          </w:tcPr>
          <w:p>
            <w:r>
              <w:t>test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Certified Senior Advisor</w:t>
            </w:r>
          </w:p>
        </w:tc>
        <w:tc>
          <w:tcPr>
            <w:tcW w:type="dxa" w:w="1234"/>
          </w:tcPr>
          <w:p>
            <w:r>
              <w:t>209</w:t>
            </w:r>
          </w:p>
        </w:tc>
      </w:tr>
      <w:tr>
        <w:tc>
          <w:tcPr>
            <w:tcW w:type="dxa" w:w="1234"/>
          </w:tcPr>
          <w:p>
            <w:r>
              <w:t>16</w:t>
            </w:r>
          </w:p>
        </w:tc>
        <w:tc>
          <w:tcPr>
            <w:tcW w:type="dxa" w:w="1234"/>
          </w:tcPr>
          <w:p>
            <w:r>
              <w:t>csa_us</w:t>
            </w:r>
          </w:p>
        </w:tc>
        <w:tc>
          <w:tcPr>
            <w:tcW w:type="dxa" w:w="1234"/>
          </w:tcPr>
          <w:p>
            <w:r>
              <w:t>United States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Certified Senior Advisor</w:t>
            </w:r>
          </w:p>
        </w:tc>
        <w:tc>
          <w:tcPr>
            <w:tcW w:type="dxa" w:w="1234"/>
          </w:tcPr>
          <w:p>
            <w:r>
              <w:t>197</w:t>
            </w:r>
          </w:p>
        </w:tc>
      </w:tr>
      <w:tr>
        <w:tc>
          <w:tcPr>
            <w:tcW w:type="dxa" w:w="1234"/>
          </w:tcPr>
          <w:p>
            <w:r>
              <w:t>17</w:t>
            </w:r>
          </w:p>
        </w:tc>
        <w:tc>
          <w:tcPr>
            <w:tcW w:type="dxa" w:w="1234"/>
          </w:tcPr>
          <w:p>
            <w:r>
              <w:t>nottingham_uk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Nottingham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221,229</w:t>
            </w:r>
          </w:p>
        </w:tc>
      </w:tr>
      <w:tr>
        <w:tc>
          <w:tcPr>
            <w:tcW w:type="dxa" w:w="1234"/>
          </w:tcPr>
          <w:p>
            <w:r>
              <w:t>18</w:t>
            </w:r>
          </w:p>
        </w:tc>
        <w:tc>
          <w:tcPr>
            <w:tcW w:type="dxa" w:w="1234"/>
          </w:tcPr>
          <w:p>
            <w:r>
              <w:t>nottingham_china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The University of Nottingham Ningbo China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9,918</w:t>
            </w:r>
          </w:p>
        </w:tc>
      </w:tr>
      <w:tr>
        <w:tc>
          <w:tcPr>
            <w:tcW w:type="dxa" w:w="1234"/>
          </w:tcPr>
          <w:p>
            <w:r>
              <w:t>19</w:t>
            </w:r>
          </w:p>
        </w:tc>
        <w:tc>
          <w:tcPr>
            <w:tcW w:type="dxa" w:w="1234"/>
          </w:tcPr>
          <w:p>
            <w:r>
              <w:t>nottingham_malaysia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Nottingham Malaysia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13,804</w:t>
            </w:r>
          </w:p>
        </w:tc>
      </w:tr>
      <w:tr>
        <w:tc>
          <w:tcPr>
            <w:tcW w:type="dxa" w:w="1234"/>
          </w:tcPr>
          <w:p>
            <w:r>
              <w:t>20</w:t>
            </w:r>
          </w:p>
        </w:tc>
        <w:tc>
          <w:tcPr>
            <w:tcW w:type="dxa" w:w="1234"/>
          </w:tcPr>
          <w:p>
            <w:r>
              <w:t>queens_university_belfast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Queen's University Belfast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98,737</w:t>
            </w:r>
          </w:p>
        </w:tc>
      </w:tr>
      <w:tr>
        <w:tc>
          <w:tcPr>
            <w:tcW w:type="dxa" w:w="1234"/>
          </w:tcPr>
          <w:p>
            <w:r>
              <w:t>21</w:t>
            </w:r>
          </w:p>
        </w:tc>
        <w:tc>
          <w:tcPr>
            <w:tcW w:type="dxa" w:w="1234"/>
          </w:tcPr>
          <w:p>
            <w:r>
              <w:t>sp_acadia_university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Acadia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25,409</w:t>
            </w:r>
          </w:p>
        </w:tc>
      </w:tr>
      <w:tr>
        <w:tc>
          <w:tcPr>
            <w:tcW w:type="dxa" w:w="1234"/>
          </w:tcPr>
          <w:p>
            <w:r>
              <w:t>22</w:t>
            </w:r>
          </w:p>
        </w:tc>
        <w:tc>
          <w:tcPr>
            <w:tcW w:type="dxa" w:w="1234"/>
          </w:tcPr>
          <w:p>
            <w:r>
              <w:t>dalhousie_university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Dalhousie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108,756</w:t>
            </w:r>
          </w:p>
        </w:tc>
      </w:tr>
      <w:tr>
        <w:tc>
          <w:tcPr>
            <w:tcW w:type="dxa" w:w="1234"/>
          </w:tcPr>
          <w:p>
            <w:r>
              <w:t>23</w:t>
            </w:r>
          </w:p>
        </w:tc>
        <w:tc>
          <w:tcPr>
            <w:tcW w:type="dxa" w:w="1234"/>
          </w:tcPr>
          <w:p>
            <w:r>
              <w:t>st_francis_xavier_university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St Francis Xavier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26,069</w:t>
            </w:r>
          </w:p>
        </w:tc>
      </w:tr>
      <w:tr>
        <w:tc>
          <w:tcPr>
            <w:tcW w:type="dxa" w:w="1234"/>
          </w:tcPr>
          <w:p>
            <w:r>
              <w:t>24</w:t>
            </w:r>
          </w:p>
        </w:tc>
        <w:tc>
          <w:tcPr>
            <w:tcW w:type="dxa" w:w="1234"/>
          </w:tcPr>
          <w:p>
            <w:r>
              <w:t>saint_marys_university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Saint Mary's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88,164</w:t>
            </w:r>
          </w:p>
        </w:tc>
      </w:tr>
      <w:tr>
        <w:tc>
          <w:tcPr>
            <w:tcW w:type="dxa" w:w="1234"/>
          </w:tcPr>
          <w:p>
            <w:r>
              <w:t>25</w:t>
            </w:r>
          </w:p>
        </w:tc>
        <w:tc>
          <w:tcPr>
            <w:tcW w:type="dxa" w:w="1234"/>
          </w:tcPr>
          <w:p>
            <w:r>
              <w:t>atlantic_school_of_theology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Atlantic School of Theology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396</w:t>
            </w:r>
          </w:p>
        </w:tc>
      </w:tr>
      <w:tr>
        <w:tc>
          <w:tcPr>
            <w:tcW w:type="dxa" w:w="1234"/>
          </w:tcPr>
          <w:p>
            <w:r>
              <w:t>26</w:t>
            </w:r>
          </w:p>
        </w:tc>
        <w:tc>
          <w:tcPr>
            <w:tcW w:type="dxa" w:w="1234"/>
          </w:tcPr>
          <w:p>
            <w:r>
              <w:t>mount_saint_vincent_university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Mount Saint Vincent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16,984</w:t>
            </w:r>
          </w:p>
        </w:tc>
      </w:tr>
      <w:tr>
        <w:tc>
          <w:tcPr>
            <w:tcW w:type="dxa" w:w="1234"/>
          </w:tcPr>
          <w:p>
            <w:r>
              <w:t>27</w:t>
            </w:r>
          </w:p>
        </w:tc>
        <w:tc>
          <w:tcPr>
            <w:tcW w:type="dxa" w:w="1234"/>
          </w:tcPr>
          <w:p>
            <w:r>
              <w:t>universite_sainte_anne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Université Sainte-Anne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2,461</w:t>
            </w:r>
          </w:p>
        </w:tc>
      </w:tr>
      <w:tr>
        <w:tc>
          <w:tcPr>
            <w:tcW w:type="dxa" w:w="1234"/>
          </w:tcPr>
          <w:p>
            <w:r>
              <w:t>28</w:t>
            </w:r>
          </w:p>
        </w:tc>
        <w:tc>
          <w:tcPr>
            <w:tcW w:type="dxa" w:w="1234"/>
          </w:tcPr>
          <w:p>
            <w:r>
              <w:t>cape_breton_university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Cape Breton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17,593</w:t>
            </w:r>
          </w:p>
        </w:tc>
      </w:tr>
      <w:tr>
        <w:tc>
          <w:tcPr>
            <w:tcW w:type="dxa" w:w="1234"/>
          </w:tcPr>
          <w:p>
            <w:r>
              <w:t>29</w:t>
            </w:r>
          </w:p>
        </w:tc>
        <w:tc>
          <w:tcPr>
            <w:tcW w:type="dxa" w:w="1234"/>
          </w:tcPr>
          <w:p>
            <w:r>
              <w:t>university_of_kings_college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Kings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163</w:t>
            </w:r>
          </w:p>
        </w:tc>
      </w:tr>
      <w:tr>
        <w:tc>
          <w:tcPr>
            <w:tcW w:type="dxa" w:w="1234"/>
          </w:tcPr>
          <w:p>
            <w:r>
              <w:t>30</w:t>
            </w:r>
          </w:p>
        </w:tc>
        <w:tc>
          <w:tcPr>
            <w:tcW w:type="dxa" w:w="1234"/>
          </w:tcPr>
          <w:p>
            <w:r>
              <w:t>university_of_king_s_college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King's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6,153</w:t>
            </w:r>
          </w:p>
        </w:tc>
      </w:tr>
      <w:tr>
        <w:tc>
          <w:tcPr>
            <w:tcW w:type="dxa" w:w="1234"/>
          </w:tcPr>
          <w:p>
            <w:r>
              <w:t>31</w:t>
            </w:r>
          </w:p>
        </w:tc>
        <w:tc>
          <w:tcPr>
            <w:tcW w:type="dxa" w:w="1234"/>
          </w:tcPr>
          <w:p>
            <w:r>
              <w:t>nscad_university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NSCAD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306</w:t>
            </w:r>
          </w:p>
        </w:tc>
      </w:tr>
      <w:tr>
        <w:tc>
          <w:tcPr>
            <w:tcW w:type="dxa" w:w="1234"/>
          </w:tcPr>
          <w:p>
            <w:r>
              <w:t>32</w:t>
            </w:r>
          </w:p>
        </w:tc>
        <w:tc>
          <w:tcPr>
            <w:tcW w:type="dxa" w:w="1234"/>
          </w:tcPr>
          <w:p>
            <w:r>
              <w:t>nova_scotia_college_of_art_and_design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Nova Scotia College of Art and Design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4,950</w:t>
            </w:r>
          </w:p>
        </w:tc>
      </w:tr>
      <w:tr>
        <w:tc>
          <w:tcPr>
            <w:tcW w:type="dxa" w:w="1234"/>
          </w:tcPr>
          <w:p>
            <w:r>
              <w:t>33</w:t>
            </w:r>
          </w:p>
        </w:tc>
        <w:tc>
          <w:tcPr>
            <w:tcW w:type="dxa" w:w="1234"/>
          </w:tcPr>
          <w:p>
            <w:r>
              <w:t>nova_scotia_community_college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Nova Scotia Community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33,220</w:t>
            </w:r>
          </w:p>
        </w:tc>
      </w:tr>
      <w:tr>
        <w:tc>
          <w:tcPr>
            <w:tcW w:type="dxa" w:w="1234"/>
          </w:tcPr>
          <w:p>
            <w:r>
              <w:t>34</w:t>
            </w:r>
          </w:p>
        </w:tc>
        <w:tc>
          <w:tcPr>
            <w:tcW w:type="dxa" w:w="1234"/>
          </w:tcPr>
          <w:p>
            <w:r>
              <w:t>harper_adams_university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Harper Adams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12,869</w:t>
            </w:r>
          </w:p>
        </w:tc>
      </w:tr>
      <w:tr>
        <w:tc>
          <w:tcPr>
            <w:tcW w:type="dxa" w:w="1234"/>
          </w:tcPr>
          <w:p>
            <w:r>
              <w:t>35</w:t>
            </w:r>
          </w:p>
        </w:tc>
        <w:tc>
          <w:tcPr>
            <w:tcW w:type="dxa" w:w="1234"/>
          </w:tcPr>
          <w:p>
            <w:r>
              <w:t>university_of_ottawa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Ottawa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197,215</w:t>
            </w:r>
          </w:p>
        </w:tc>
      </w:tr>
      <w:tr>
        <w:tc>
          <w:tcPr>
            <w:tcW w:type="dxa" w:w="1234"/>
          </w:tcPr>
          <w:p>
            <w:r>
              <w:t>36</w:t>
            </w:r>
          </w:p>
        </w:tc>
        <w:tc>
          <w:tcPr>
            <w:tcW w:type="dxa" w:w="1234"/>
          </w:tcPr>
          <w:p>
            <w:r>
              <w:t>victoria_university_of_wellington_nz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Victoria University of Wellington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96,792</w:t>
            </w:r>
          </w:p>
        </w:tc>
      </w:tr>
      <w:tr>
        <w:tc>
          <w:tcPr>
            <w:tcW w:type="dxa" w:w="1234"/>
          </w:tcPr>
          <w:p>
            <w:r>
              <w:t>37</w:t>
            </w:r>
          </w:p>
        </w:tc>
        <w:tc>
          <w:tcPr>
            <w:tcW w:type="dxa" w:w="1234"/>
          </w:tcPr>
          <w:p>
            <w:r>
              <w:t>capilano_university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Capilano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34,657</w:t>
            </w:r>
          </w:p>
        </w:tc>
      </w:tr>
      <w:tr>
        <w:tc>
          <w:tcPr>
            <w:tcW w:type="dxa" w:w="1234"/>
          </w:tcPr>
          <w:p>
            <w:r>
              <w:t>38</w:t>
            </w:r>
          </w:p>
        </w:tc>
        <w:tc>
          <w:tcPr>
            <w:tcW w:type="dxa" w:w="1234"/>
          </w:tcPr>
          <w:p>
            <w:r>
              <w:t>universidad_tecnologica_de_bolivar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Universidad Tecnológica de Bolívar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15,539</w:t>
            </w:r>
          </w:p>
        </w:tc>
      </w:tr>
      <w:tr>
        <w:tc>
          <w:tcPr>
            <w:tcW w:type="dxa" w:w="1234"/>
          </w:tcPr>
          <w:p>
            <w:r>
              <w:t>39</w:t>
            </w:r>
          </w:p>
        </w:tc>
        <w:tc>
          <w:tcPr>
            <w:tcW w:type="dxa" w:w="1234"/>
          </w:tcPr>
          <w:p>
            <w:r>
              <w:t>university_of_exeter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Exeter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—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